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4389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May 28, 2026, 07_28_16 PM(1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389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t>FZTF ENGLISH ACADEMY</w:t>
        <w:br/>
        <w:t>ENROLLMENT &amp; STUDENT AGREEMENT PACKET</w:t>
      </w:r>
    </w:p>
    <w:p>
      <w:r>
        <w:t>Building Bridges. Creating Futures.</w:t>
      </w:r>
    </w:p>
    <w:p>
      <w:r>
        <w:t>59 College Road Suite 7, Fairbanks, AK 99701</w:t>
      </w:r>
    </w:p>
    <w:p>
      <w:r>
        <w:t>907-370-8501 | info@fztfenglishacademy.com</w:t>
      </w:r>
    </w:p>
    <w:p>
      <w:r>
        <w:br w:type="page"/>
      </w:r>
    </w:p>
    <w:p>
      <w:pPr>
        <w:pStyle w:val="Heading1"/>
      </w:pPr>
      <w:r>
        <w:t>1. Student Information</w:t>
      </w:r>
    </w:p>
    <w:p>
      <w:r>
        <w:t>Student Name: ______________________________________________</w:t>
      </w:r>
    </w:p>
    <w:p>
      <w:r>
        <w:t>Date of Birth: ______________________________________________</w:t>
      </w:r>
    </w:p>
    <w:p>
      <w:r>
        <w:t>Grade/Age: ______________________________________________</w:t>
      </w:r>
    </w:p>
    <w:p>
      <w:r>
        <w:t>Parent/Guardian: ______________________________________________</w:t>
      </w:r>
    </w:p>
    <w:p>
      <w:r>
        <w:t>Phone: ______________________________________________</w:t>
      </w:r>
    </w:p>
    <w:p>
      <w:r>
        <w:t>Email: ______________________________________________</w:t>
      </w:r>
    </w:p>
    <w:p>
      <w:r>
        <w:t>Address: ______________________________________________</w:t>
      </w:r>
    </w:p>
    <w:p>
      <w:r>
        <w:t>Emergency Contact: ______________________________________________</w:t>
      </w:r>
    </w:p>
    <w:p>
      <w:r>
        <w:t>Emergency Phone: ______________________________________________</w:t>
      </w:r>
    </w:p>
    <w:p>
      <w:pPr>
        <w:pStyle w:val="Heading1"/>
      </w:pPr>
      <w:r>
        <w:t>2. Program Selection</w:t>
      </w:r>
    </w:p>
    <w:p>
      <w:r>
        <w:t>☐ 20-Minute Trial Lesson ($16)</w:t>
      </w:r>
    </w:p>
    <w:p>
      <w:r>
        <w:t>☐ Private Lesson 30 Minutes ($20)</w:t>
      </w:r>
    </w:p>
    <w:p>
      <w:r>
        <w:t>☐ Private Lesson 60 Minutes ($40)</w:t>
      </w:r>
    </w:p>
    <w:p>
      <w:r>
        <w:t>☐ Small Group Class ($20 per student)</w:t>
      </w:r>
    </w:p>
    <w:p>
      <w:r>
        <w:t>☐ Monthly Plan (Starting at $160)</w:t>
      </w:r>
    </w:p>
    <w:p>
      <w:pPr>
        <w:pStyle w:val="Heading1"/>
      </w:pPr>
      <w:r>
        <w:t>3. Learning Goals</w:t>
      </w:r>
    </w:p>
    <w:p>
      <w:r>
        <w:t>Primary reason for learning English:</w:t>
      </w:r>
    </w:p>
    <w:p>
      <w:r>
        <w:t>________________________________________________________</w:t>
      </w:r>
    </w:p>
    <w:p>
      <w:r>
        <w:t>Skills to improve (check all that apply):</w:t>
      </w:r>
    </w:p>
    <w:p>
      <w:r>
        <w:t>☐ Speaking  ☐ Listening  ☐ Reading  ☐ Writing  ☐ Grammar  ☐ Vocabulary</w:t>
      </w:r>
    </w:p>
    <w:p>
      <w:r>
        <w:t>Student goals:</w:t>
      </w:r>
    </w:p>
    <w:p>
      <w:r>
        <w:t>________________________________________________________</w:t>
      </w:r>
    </w:p>
    <w:p>
      <w:pPr>
        <w:pStyle w:val="Heading1"/>
      </w:pPr>
      <w:r>
        <w:t>4. Attendance &amp; Payment Policy</w:t>
      </w:r>
    </w:p>
    <w:p>
      <w:r>
        <w:t>• Tuition is due before scheduled lessons.</w:t>
        <w:br/>
        <w:t>• 24-hour notice is required for cancellations.</w:t>
        <w:br/>
        <w:t>• Missed lessons without notice are non-refundable.</w:t>
        <w:br/>
        <w:t>• Makeup lessons are based on teacher availability.</w:t>
        <w:br/>
        <w:t>• Consistent attendance is expected.</w:t>
      </w:r>
    </w:p>
    <w:p>
      <w:pPr>
        <w:pStyle w:val="Heading1"/>
      </w:pPr>
      <w:r>
        <w:t>5. Media Release</w:t>
      </w:r>
    </w:p>
    <w:p>
      <w:r>
        <w:t>I give permission for FZTF English Academy to use photographs, videos, or student work for educational and promotional purposes.</w:t>
      </w:r>
    </w:p>
    <w:p>
      <w:r>
        <w:t>☐ YES     ☐ NO</w:t>
      </w:r>
    </w:p>
    <w:p>
      <w:pPr>
        <w:pStyle w:val="Heading1"/>
      </w:pPr>
      <w:r>
        <w:t>6. Parent/Student Agreement</w:t>
      </w:r>
    </w:p>
    <w:p>
      <w:r>
        <w:t>I understand and agree to follow FZTF English Academy policies. I will maintain respectful behavior, communicate scheduling changes promptly, and support a positive learning environment.</w:t>
      </w:r>
    </w:p>
    <w:p>
      <w:r>
        <w:br/>
        <w:t>Student Signature: ______________________________</w:t>
      </w:r>
    </w:p>
    <w:p>
      <w:r>
        <w:t>Parent/Guardian Signature: _______________________</w:t>
      </w:r>
    </w:p>
    <w:p>
      <w:r>
        <w:t>Date: 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